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353FEB" w14:textId="77777777" w:rsidR="0085058A" w:rsidRDefault="00000000">
      <w:pPr>
        <w:jc w:val="center"/>
      </w:pPr>
      <w:r>
        <w:rPr>
          <w:b/>
          <w:sz w:val="36"/>
        </w:rPr>
        <w:t>Country Line Dancing - Chelsea</w:t>
      </w:r>
    </w:p>
    <w:p w14:paraId="18E1F287" w14:textId="77777777" w:rsidR="0085058A" w:rsidRDefault="00000000">
      <w:pPr>
        <w:jc w:val="center"/>
      </w:pPr>
      <w:r>
        <w:rPr>
          <w:i/>
          <w:sz w:val="21"/>
        </w:rPr>
        <w:t>Beginner &amp; Novice Sessions | Sessions pour débutants et novices</w:t>
      </w:r>
    </w:p>
    <w:p w14:paraId="2F21E03D" w14:textId="77777777" w:rsidR="0085058A" w:rsidRDefault="0085058A">
      <w:pPr>
        <w:pBdr>
          <w:bottom w:val="single" w:sz="6" w:space="1" w:color="B7A98C"/>
        </w:pBdr>
        <w:spacing w:after="160"/>
      </w:pPr>
    </w:p>
    <w:p w14:paraId="41A44AAB" w14:textId="77777777" w:rsidR="0085058A" w:rsidRDefault="00000000">
      <w:pPr>
        <w:spacing w:before="100" w:after="100"/>
      </w:pPr>
      <w:r>
        <w:rPr>
          <w:b/>
          <w:sz w:val="24"/>
        </w:rPr>
        <w:t>English</w:t>
      </w:r>
    </w:p>
    <w:p w14:paraId="56D15909" w14:textId="77777777" w:rsidR="0085058A" w:rsidRDefault="00000000">
      <w:pPr>
        <w:spacing w:after="240" w:line="259" w:lineRule="auto"/>
      </w:pPr>
      <w:r>
        <w:t>Join us for two hours of country line dancing every Tuesday evening at the Hollow Glen Community Centre in Chelsea. These sessions are designed for beginners and novice dancers, including anyone trying line dancing for the very first time. We’ll learn easy, fun routines set to a mix of country, country-pop, and current upbeat songs. The focus is on having fun, moving together, and building confidence at a comfortable pace. No partner or previous dance experience is required. Sessions run from 6:30 p.m. to 8:30 p.m., September 29 to December 1. Admission is $10 cash at the door.</w:t>
      </w:r>
    </w:p>
    <w:p w14:paraId="3851A315" w14:textId="77777777" w:rsidR="0085058A" w:rsidRDefault="00000000">
      <w:pPr>
        <w:spacing w:before="100" w:after="100"/>
      </w:pPr>
      <w:r>
        <w:rPr>
          <w:b/>
          <w:sz w:val="24"/>
        </w:rPr>
        <w:t>Français</w:t>
      </w:r>
    </w:p>
    <w:p w14:paraId="2EEA3D4A" w14:textId="77777777" w:rsidR="0085058A" w:rsidRDefault="00000000">
      <w:pPr>
        <w:spacing w:line="259" w:lineRule="auto"/>
      </w:pPr>
      <w:r>
        <w:t>Joignez-vous à nous pour deux heures de danse country en ligne tous les mardis soir au Centre communautaire Hollow Glen, à Chelsea. Les séances s’adressent aux débutants et aux danseurs de niveau novice, y compris ceux qui essaient la danse en ligne pour la toute première fois. Nous apprendrons des chorégraphies simples et amusantes sur des chansons country, country-pop et des succès actuels. L’objectif est de bouger, d’apprendre et surtout de s’amuser dans une ambiance détendue et accessible. Aucun partenaire ni aucune expérience préalable ne sont nécessaires. De 18 h 30 à 20 h 30, du 29 septembre au 1er décembre. Entrée : 10 $ comptant à la porte.</w:t>
      </w:r>
    </w:p>
    <w:p w14:paraId="5F0A1E35" w14:textId="77777777" w:rsidR="000E3665" w:rsidRDefault="000E3665">
      <w:pPr>
        <w:jc w:val="center"/>
        <w:rPr>
          <w:b/>
          <w:sz w:val="19"/>
        </w:rPr>
      </w:pPr>
    </w:p>
    <w:p w14:paraId="04B76AC7" w14:textId="77777777" w:rsidR="000E3665" w:rsidRDefault="000E3665" w:rsidP="000E3665">
      <w:pPr>
        <w:rPr>
          <w:b/>
          <w:sz w:val="19"/>
        </w:rPr>
      </w:pPr>
    </w:p>
    <w:p w14:paraId="01438390" w14:textId="77777777" w:rsidR="000E3665" w:rsidRDefault="000E3665" w:rsidP="000E3665">
      <w:pPr>
        <w:rPr>
          <w:b/>
          <w:sz w:val="19"/>
        </w:rPr>
      </w:pPr>
    </w:p>
    <w:p w14:paraId="1FFE7BC4" w14:textId="2C781832" w:rsidR="000E3665" w:rsidRDefault="000E3665" w:rsidP="000E3665">
      <w:r>
        <w:rPr>
          <w:b/>
          <w:sz w:val="19"/>
        </w:rPr>
        <w:t>Lisa Bergeron</w:t>
      </w:r>
    </w:p>
    <w:sectPr w:rsidR="000E3665"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09014159">
    <w:abstractNumId w:val="8"/>
  </w:num>
  <w:num w:numId="2" w16cid:durableId="1992371787">
    <w:abstractNumId w:val="6"/>
  </w:num>
  <w:num w:numId="3" w16cid:durableId="810168881">
    <w:abstractNumId w:val="5"/>
  </w:num>
  <w:num w:numId="4" w16cid:durableId="1072580484">
    <w:abstractNumId w:val="4"/>
  </w:num>
  <w:num w:numId="5" w16cid:durableId="56517635">
    <w:abstractNumId w:val="7"/>
  </w:num>
  <w:num w:numId="6" w16cid:durableId="788743572">
    <w:abstractNumId w:val="3"/>
  </w:num>
  <w:num w:numId="7" w16cid:durableId="576330684">
    <w:abstractNumId w:val="2"/>
  </w:num>
  <w:num w:numId="8" w16cid:durableId="1332180337">
    <w:abstractNumId w:val="1"/>
  </w:num>
  <w:num w:numId="9" w16cid:durableId="19601455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3665"/>
    <w:rsid w:val="0015074B"/>
    <w:rsid w:val="0029639D"/>
    <w:rsid w:val="00326F90"/>
    <w:rsid w:val="00713F4F"/>
    <w:rsid w:val="0085058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A4A97"/>
  <w14:defaultImageDpi w14:val="300"/>
  <w15:docId w15:val="{19F207FC-A6A2-4946-A25E-816F2825E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Tyler Belding</cp:lastModifiedBy>
  <cp:revision>2</cp:revision>
  <dcterms:created xsi:type="dcterms:W3CDTF">2013-12-23T23:15:00Z</dcterms:created>
  <dcterms:modified xsi:type="dcterms:W3CDTF">2026-09-11T18:41:00Z</dcterms:modified>
  <cp:category/>
</cp:coreProperties>
</file>